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C71" w:rsidRDefault="004D174D">
      <w:pPr>
        <w:pStyle w:val="Titre1"/>
      </w:pPr>
      <w:proofErr w:type="spellStart"/>
      <w:r>
        <w:t>Formulaire</w:t>
      </w:r>
      <w:proofErr w:type="spellEnd"/>
      <w:r>
        <w:t xml:space="preserve"> de </w:t>
      </w:r>
      <w:proofErr w:type="spellStart"/>
      <w:r>
        <w:t>Rétractation</w:t>
      </w:r>
      <w:proofErr w:type="spellEnd"/>
    </w:p>
    <w:p w:rsidR="004D174D" w:rsidRPr="004D174D" w:rsidRDefault="004D174D" w:rsidP="004D174D"/>
    <w:p w:rsidR="00B97C71" w:rsidRDefault="004D174D">
      <w:bookmarkStart w:id="0" w:name="_GoBack"/>
      <w:bookmarkEnd w:id="0"/>
      <w:r>
        <w:t>Champagne...</w:t>
      </w:r>
    </w:p>
    <w:p w:rsidR="00B97C71" w:rsidRDefault="004D174D">
      <w:r>
        <w:t>(adresse) (n° fax, email)</w:t>
      </w:r>
    </w:p>
    <w:p w:rsidR="00B97C71" w:rsidRDefault="004D174D">
      <w:r>
        <w:t xml:space="preserve">Je vous notifie par la présente ma rétractation du contrat portant sur la vente de bouteilles de champagne détaillé ci-dessous : </w:t>
      </w:r>
    </w:p>
    <w:p w:rsidR="00B97C71" w:rsidRDefault="004D174D">
      <w:r>
        <w:t>…..</w:t>
      </w:r>
      <w:r>
        <w:t>. bouteilles au prix de …….</w:t>
      </w:r>
      <w:r>
        <w:t xml:space="preserve"> €, </w:t>
      </w:r>
      <w:proofErr w:type="spellStart"/>
      <w:r>
        <w:t>commandées</w:t>
      </w:r>
      <w:proofErr w:type="spellEnd"/>
      <w:r>
        <w:t xml:space="preserve"> le …..</w:t>
      </w:r>
      <w:r>
        <w:t>/…..</w:t>
      </w:r>
      <w:r>
        <w:t>/….</w:t>
      </w:r>
      <w:r>
        <w:t xml:space="preserve">. </w:t>
      </w:r>
      <w:proofErr w:type="gramStart"/>
      <w:r>
        <w:t>et</w:t>
      </w:r>
      <w:proofErr w:type="gramEnd"/>
      <w:r>
        <w:t xml:space="preserve"> </w:t>
      </w:r>
      <w:proofErr w:type="spellStart"/>
      <w:r>
        <w:t>reçues</w:t>
      </w:r>
      <w:proofErr w:type="spellEnd"/>
      <w:r>
        <w:t xml:space="preserve"> le …..</w:t>
      </w:r>
      <w:r>
        <w:t>/….</w:t>
      </w:r>
      <w:r>
        <w:t>./..</w:t>
      </w:r>
      <w:r>
        <w:t>... .</w:t>
      </w:r>
    </w:p>
    <w:p w:rsidR="00B97C71" w:rsidRDefault="004D174D">
      <w:r>
        <w:t>Nom du consommateur</w:t>
      </w:r>
    </w:p>
    <w:p w:rsidR="00B97C71" w:rsidRDefault="004D174D">
      <w:r>
        <w:t>Adresse</w:t>
      </w:r>
    </w:p>
    <w:sectPr w:rsidR="00B97C7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D174D"/>
    <w:rsid w:val="00AA1D8D"/>
    <w:rsid w:val="00B47730"/>
    <w:rsid w:val="00B97C7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6B7652-EAA9-42DD-BCD1-358F04CD5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Fouquet</cp:lastModifiedBy>
  <cp:revision>2</cp:revision>
  <dcterms:created xsi:type="dcterms:W3CDTF">2013-12-23T23:15:00Z</dcterms:created>
  <dcterms:modified xsi:type="dcterms:W3CDTF">2025-07-18T12:50:00Z</dcterms:modified>
  <cp:category/>
</cp:coreProperties>
</file>